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Emmanuel Christian School</w:t>
      </w:r>
    </w:p>
    <w:p>
      <w:pPr>
        <w:pStyle w:val="Heading2"/>
        <w:jc w:val="center"/>
      </w:pPr>
      <w:r>
        <w:t>Parent Volunteer Clearance Application</w:t>
      </w:r>
    </w:p>
    <w:p>
      <w:r>
        <w:t>Thank you for your interest in volunteering at Emmanuel Christian School. Our parent volunteers play a vital role in supporting our classrooms—including history, sciences, and general education—as well as broader school activities. To ensure the safety and security of our students, all regular volunteers must complete this clearance application.</w:t>
      </w:r>
    </w:p>
    <w:p>
      <w:pPr>
        <w:pStyle w:val="Heading3"/>
      </w:pPr>
      <w:r>
        <w:t>I. Applicant Information</w:t>
      </w:r>
    </w:p>
    <w:p>
      <w:r>
        <w:t>Full Legal Name: _____________________________________________________</w:t>
      </w:r>
    </w:p>
    <w:p>
      <w:r>
        <w:t>Date of Birth (MM/DD/YYYY): _________________   Primary Phone: _________________</w:t>
      </w:r>
    </w:p>
    <w:p>
      <w:r>
        <w:t>Home Address: _______________________________________________________</w:t>
      </w:r>
    </w:p>
    <w:p>
      <w:r>
        <w:t>City: _______________________ State: _______ Zip: ____________</w:t>
      </w:r>
    </w:p>
    <w:p>
      <w:r>
        <w:t>Email Address: ______________________________________________________</w:t>
      </w:r>
    </w:p>
    <w:p>
      <w:r>
        <w:t>Name(s) and Grade(s) of Enrolled Child(ren): __________________________________</w:t>
      </w:r>
    </w:p>
    <w:p>
      <w:pPr>
        <w:pStyle w:val="Heading3"/>
      </w:pPr>
      <w:r>
        <w:t>II. Volunteer Interests &amp; Availability</w:t>
      </w:r>
    </w:p>
    <w:p>
      <w:r>
        <w:t>Please indicate the areas where you are most interested in volunteering:</w:t>
      </w:r>
    </w:p>
    <w:p>
      <w:r>
        <w:t>☐ Classroom Assistant (History/Social Studies)</w:t>
        <w:tab/>
        <w:t>☐ Classroom Assistant (General Education)</w:t>
      </w:r>
    </w:p>
    <w:p>
      <w:r>
        <w:t>☐ Field Trip Chaperone</w:t>
        <w:tab/>
        <w:tab/>
        <w:tab/>
        <w:tab/>
        <w:t>☐ Library/Media Center</w:t>
      </w:r>
    </w:p>
    <w:p>
      <w:r>
        <w:t>☐ Special Events/Guest Speaker</w:t>
        <w:tab/>
        <w:tab/>
        <w:tab/>
        <w:t>☐ Administrative/Office Support</w:t>
      </w:r>
    </w:p>
    <w:p>
      <w:r>
        <w:br/>
        <w:t>General Availability: (Check all that apply and list approximate times)</w:t>
      </w:r>
    </w:p>
    <w:p>
      <w:r>
        <w:t>☐ Monday: ______________</w:t>
        <w:tab/>
        <w:tab/>
        <w:t>☐ Tuesday: ______________</w:t>
      </w:r>
    </w:p>
    <w:p>
      <w:r>
        <w:t>☐ Wednesday: ______________</w:t>
        <w:tab/>
        <w:tab/>
        <w:t>☐ Thursday: ______________</w:t>
      </w:r>
    </w:p>
    <w:p>
      <w:r>
        <w:t>☐ Friday: ______________</w:t>
      </w:r>
    </w:p>
    <w:p>
      <w:pPr>
        <w:pStyle w:val="Heading3"/>
      </w:pPr>
      <w:r>
        <w:t>III. Background &amp; Clearance Information</w:t>
      </w:r>
    </w:p>
    <w:p>
      <w:r>
        <w:t>As a private educational institution, we require all volunteers who will be in direct contact with students to undergo a standard background clearance.</w:t>
      </w:r>
    </w:p>
    <w:p>
      <w:r>
        <w:t>1. Have you ever been convicted of, or pled guilty or no contest to, a crime other than a minor traffic violation?</w:t>
      </w:r>
    </w:p>
    <w:p>
      <w:r>
        <w:t>☐ Yes   ☐ No</w:t>
      </w:r>
    </w:p>
    <w:p>
      <w:r>
        <w:t>If yes, please provide a brief explanation (A conviction will not automatically disqualify you from volunteering, but will be considered in context):</w:t>
      </w:r>
    </w:p>
    <w:p>
      <w:r>
        <w:t>___________________________________________________________________________________</w:t>
      </w:r>
    </w:p>
    <w:p>
      <w:r>
        <w:t>___________________________________________________________________________________</w:t>
      </w:r>
    </w:p>
    <w:p>
      <w:r>
        <w:br/>
        <w:t>2. Required Clearances: Please attach copies of the following documents to this application (as applicable to state and local school policy):</w:t>
      </w:r>
    </w:p>
    <w:p>
      <w:r>
        <w:t>☐ Mississippi Child Abuse Registry Check</w:t>
      </w:r>
    </w:p>
    <w:p>
      <w:r>
        <w:t>☐ State Criminal History Background Check</w:t>
      </w:r>
    </w:p>
    <w:p>
      <w:r>
        <w:t>☐ FBI Fingerprint Clearance (if out of state in the past 5 years)</w:t>
      </w:r>
    </w:p>
    <w:p>
      <w:pPr>
        <w:pStyle w:val="Heading3"/>
      </w:pPr>
      <w:r>
        <w:t>IV. Emergency Contact Information</w:t>
      </w:r>
    </w:p>
    <w:p>
      <w:r>
        <w:t>Name: __________________________________ Relationship: _________________________</w:t>
      </w:r>
    </w:p>
    <w:p>
      <w:r>
        <w:t>Phone Number: ___________________________</w:t>
      </w:r>
    </w:p>
    <w:p>
      <w:pPr>
        <w:pStyle w:val="Heading3"/>
      </w:pPr>
      <w:r>
        <w:t>V. Confidentiality Agreement &amp; Signature</w:t>
      </w:r>
    </w:p>
    <w:p>
      <w:r>
        <w:t>As a volunteer at Emmanuel Christian School, you may inadvertently observe or hear confidential information regarding students, academic performance, or school operations. By signing below, you agree to keep all such information strictly confidential and agree not to discuss students or school affairs outside the proper administrative channels.</w:t>
      </w:r>
    </w:p>
    <w:p>
      <w:r>
        <w:t>I certify that the information provided on this application is true and complete to the best of my knowledge. I authorize Emmanuel Christian School to conduct a background check as part of the volunteer clearance process.</w:t>
      </w:r>
    </w:p>
    <w:p>
      <w:r>
        <w:br/>
        <w:t>Applicant Signature: __________________________________ Date: _________________</w:t>
      </w:r>
    </w:p>
    <w:p>
      <w:r>
        <w:br/>
        <w:br/>
        <w:t>FOR OFFICE USE ONLY:</w:t>
      </w:r>
    </w:p>
    <w:p>
      <w:r>
        <w:t>Date Received: _________________   Clearances Verified By: _________________</w:t>
      </w:r>
    </w:p>
    <w:p>
      <w:r>
        <w:t>Background Check Cleared: ☐ Yes  ☐ No     Volunteer Status Approved: ☐ Yes  ☐ No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